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/ техническое задание</w:t>
      </w:r>
    </w:p>
    <w:p>
      <w:pPr>
        <w:spacing w:after="240"/>
      </w:pPr>
      <w:r>
        <w:rPr>
          <w:color w:val="687784"/>
          <w:sz w:val="22"/>
        </w:rPr>
        <w:t>На разработку сайта или мобильного приложения</w:t>
      </w:r>
    </w:p>
    <w:p>
      <w:pPr>
        <w:spacing w:after="80"/>
      </w:pPr>
      <w:r>
        <w:t xml:space="preserve">Заполните опросник как можно подробнее и отправьте на pavelkladov@gmail.com или в Telegram: @KladovPV. </w:t>
      </w:r>
      <w:r>
        <w:t>Если ответ пока неизвестен, напишите «Нужна консультация» либо оставьте поле пустым.</w:t>
      </w:r>
    </w:p>
    <w:p>
      <w:pPr>
        <w:spacing w:after="160"/>
      </w:pPr>
      <w:r>
        <w:rPr>
          <w:color w:val="687784"/>
          <w:sz w:val="18"/>
        </w:rPr>
        <w:t>После ознакомления я задам уточняющие вопросы и оценю проект по стоимости и срокам.</w:t>
      </w:r>
    </w:p>
    <w:p>
      <w:pPr>
        <w:spacing w:after="100"/>
      </w:pPr>
      <w:r>
        <w:rPr>
          <w:b/>
        </w:rPr>
        <w:t xml:space="preserve">Как заполнить: </w:t>
      </w:r>
      <w:r>
        <w:t>нажмите на серое поле, чтобы ввести текст; в списках поставьте X рядом с нужными пунктами. Разделы про интернет-магазин и мобильное приложение можно пропустить, если они не относятся к проекту.</w:t>
      </w:r>
    </w:p>
    <w:p>
      <w:pPr>
        <w:pStyle w:val="Heading1"/>
      </w:pPr>
      <w:r>
        <w:t>01  Контактные данные</w:t>
      </w:r>
    </w:p>
    <w:p>
      <w:pPr>
        <w:pStyle w:val="Question"/>
      </w:pPr>
      <w:r>
        <w:t>Как к Вам обращаться?</w:t>
      </w:r>
    </w:p>
    <w:p>
      <w:pPr>
        <w:pStyle w:val="Hint"/>
        <w:keepNext/>
      </w:pPr>
      <w:r>
        <w:t>Имя, фамилия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1"/>
                <w:tag w:val="F001"/>
                <w:id w:val="4001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Название компании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2"/>
                <w:tag w:val="F002"/>
                <w:id w:val="4002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Электронная почта</w:t>
      </w:r>
    </w:p>
    <w:p>
      <w:pPr>
        <w:pStyle w:val="Hint"/>
        <w:keepNext/>
      </w:pPr>
      <w:r>
        <w:t>На неё придёт ответ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3"/>
                <w:tag w:val="F003"/>
                <w:id w:val="4003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Телефон</w:t>
      </w:r>
    </w:p>
    <w:p>
      <w:pPr>
        <w:pStyle w:val="Hint"/>
        <w:keepNext/>
      </w:pPr>
      <w:r>
        <w:t>Для срочной связи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4"/>
                <w:tag w:val="F004"/>
                <w:id w:val="4004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Telegram / WhatsApp</w:t>
      </w:r>
    </w:p>
    <w:p>
      <w:pPr>
        <w:pStyle w:val="Hint"/>
        <w:keepNext/>
      </w:pPr>
      <w:r>
        <w:t>Предпочтительный мессенджер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5"/>
                <w:tag w:val="F005"/>
                <w:id w:val="4005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2"/>
      </w:pPr>
      <w:r>
        <w:t>Текущий сайт (если есть)</w:t>
      </w:r>
    </w:p>
    <w:p>
      <w:pPr>
        <w:pStyle w:val="Question"/>
      </w:pPr>
      <w:r>
        <w:t>Адрес текущего сайта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6"/>
                <w:tag w:val="F006"/>
                <w:id w:val="4006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Что в нём не устраивает?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7"/>
                <w:tag w:val="F007"/>
                <w:id w:val="4007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Question"/>
      </w:pPr>
      <w:r>
        <w:t>Примеры сайтов, которые нравятся</w:t>
      </w:r>
    </w:p>
    <w:p>
      <w:pPr>
        <w:pStyle w:val="Hint"/>
        <w:keepNext/>
      </w:pPr>
      <w:r>
        <w:t>Ссылки на сайты, на которые хотите быть похожи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8"/>
                <w:tag w:val="F008"/>
                <w:id w:val="4008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Question"/>
      </w:pPr>
      <w:r>
        <w:t>Примеры сайтов, которые НЕ нравятся</w:t>
      </w:r>
    </w:p>
    <w:p>
      <w:pPr>
        <w:pStyle w:val="Hint"/>
        <w:keepNext/>
      </w:pPr>
      <w:r>
        <w:t>Чего точно не хотите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09"/>
                <w:tag w:val="F009"/>
                <w:id w:val="4009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Heading1"/>
      </w:pPr>
      <w:r>
        <w:t>02  Основные данные о проекте</w:t>
      </w:r>
    </w:p>
    <w:p>
      <w:pPr>
        <w:pStyle w:val="Question"/>
      </w:pPr>
      <w:r>
        <w:t>Тип проекта</w:t>
      </w:r>
    </w:p>
    <w:p>
      <w:pPr>
        <w:pStyle w:val="Hint"/>
        <w:keepNext/>
      </w:pPr>
      <w:r>
        <w:t>Магазин, сайт компании, мобильное приложение, готовое решение, лендинг, портал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0"/>
                <w:tag w:val="F010"/>
                <w:id w:val="4010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Планируемые сроки</w:t>
      </w:r>
    </w:p>
    <w:p>
      <w:pPr>
        <w:pStyle w:val="Hint"/>
        <w:keepNext/>
      </w:pPr>
      <w:r>
        <w:t>Например: стартуем в июне, хотим запуститься в августе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1"/>
                <w:tag w:val="F011"/>
                <w:id w:val="4011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Планируемый бюджет</w:t>
      </w:r>
    </w:p>
    <w:p>
      <w:pPr>
        <w:pStyle w:val="Hint"/>
        <w:keepNext/>
      </w:pPr>
      <w:r>
        <w:t>Например: 200 000 руб. Если не знаете — «рассчитываю на вашу оценку»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2"/>
                <w:tag w:val="F012"/>
                <w:id w:val="4012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Опишите бренд / продукт / услугу</w:t>
      </w:r>
    </w:p>
    <w:p>
      <w:pPr>
        <w:pStyle w:val="Hint"/>
        <w:keepNext/>
      </w:pPr>
      <w:r>
        <w:t>Чем занимаетесь, что продаёте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3"/>
                <w:tag w:val="F013"/>
                <w:id w:val="4013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Какую задачу ставите перед проектом?</w:t>
      </w:r>
    </w:p>
    <w:p>
      <w:pPr>
        <w:pStyle w:val="Hint"/>
        <w:keepNext/>
      </w:pPr>
      <w:r>
        <w:t>Увеличить продажи, выйти в регионы, автоматизировать заказы...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4"/>
                <w:tag w:val="F014"/>
                <w:id w:val="4014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Question"/>
      </w:pPr>
      <w:r>
        <w:t>География работы компании</w:t>
      </w:r>
    </w:p>
    <w:p>
      <w:pPr>
        <w:pStyle w:val="Hint"/>
        <w:keepNext/>
      </w:pPr>
      <w:r>
        <w:t>Москва, РФ, СНГ, весь мир?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5"/>
                <w:tag w:val="F015"/>
                <w:id w:val="4015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Кто целевая аудитория?</w:t>
      </w:r>
    </w:p>
    <w:p>
      <w:pPr>
        <w:pStyle w:val="Hint"/>
        <w:keepNext/>
      </w:pPr>
      <w:r>
        <w:t>B2B, B2C, возраст, интересы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6"/>
                <w:tag w:val="F016"/>
                <w:id w:val="4016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Question"/>
      </w:pPr>
      <w:r>
        <w:t>Перечислите конкурентов (с адресами сайтов)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7"/>
                <w:tag w:val="F017"/>
                <w:id w:val="4017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Heading1"/>
      </w:pPr>
      <w:r>
        <w:t>03  Дизайн и брендинг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Уже есть готовый дизайн-макет (PSD/Figma)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Нужен индивидуальный дизайн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Готовы на типовой дизайн из готового решения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Нужна помощь с разработкой дизайн-концепции</w:t>
      </w:r>
    </w:p>
    <w:p>
      <w:pPr>
        <w:pStyle w:val="Question"/>
      </w:pPr>
      <w:r>
        <w:t>Есть ли фирменный стиль, логотип?</w:t>
      </w:r>
    </w:p>
    <w:p>
      <w:pPr>
        <w:pStyle w:val="Hint"/>
        <w:keepNext/>
      </w:pPr>
      <w:r>
        <w:t>Если есть — приложите к письму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8"/>
                <w:tag w:val="F018"/>
                <w:id w:val="4018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Какие цвета ассоциируются с брендом?</w:t>
      </w:r>
    </w:p>
    <w:p>
      <w:pPr>
        <w:pStyle w:val="Hint"/>
        <w:keepNext/>
      </w:pPr>
      <w:r>
        <w:t>Например: синий + белый, строгие тона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19"/>
                <w:tag w:val="F019"/>
                <w:id w:val="4019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Какой стиль оформления предпочтителен?</w:t>
      </w:r>
    </w:p>
    <w:p>
      <w:pPr>
        <w:pStyle w:val="Hint"/>
        <w:keepNext/>
      </w:pPr>
      <w:r>
        <w:t>Строгий / креативный / минимализм / яркий / информационный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0"/>
                <w:tag w:val="F020"/>
                <w:id w:val="4020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Есть ли фото/видео контент?</w:t>
      </w:r>
    </w:p>
    <w:p>
      <w:pPr>
        <w:pStyle w:val="Hint"/>
        <w:keepNext/>
      </w:pPr>
      <w:r>
        <w:t>Свои фото, стоковые, нужна съёмка?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1"/>
                <w:tag w:val="F021"/>
                <w:id w:val="4021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1"/>
      </w:pPr>
      <w:r>
        <w:t>04  Функционал проекта</w:t>
      </w:r>
    </w:p>
    <w:p>
      <w:pPr>
        <w:pStyle w:val="Heading2"/>
      </w:pPr>
      <w:r>
        <w:t>Страницы / разделы сайта</w:t>
      </w:r>
    </w:p>
    <w:p>
      <w:pPr>
        <w:pStyle w:val="Question"/>
      </w:pPr>
      <w:r>
        <w:t>Перечислите основные пункты меню</w:t>
      </w:r>
    </w:p>
    <w:p>
      <w:pPr>
        <w:pStyle w:val="Hint"/>
        <w:keepNext/>
      </w:pPr>
      <w:r>
        <w:t>Главная, О компании, Каталог, Контакты...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2"/>
                <w:tag w:val="F022"/>
                <w:id w:val="4022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Heading2"/>
      </w:pPr>
      <w:r>
        <w:t>Необходимые модули и возможности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Каталог товаров / услуг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Корзина и оформление заказа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Личный кабинет пользователя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Регистрация / авторизация (соцсети, email)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Новости / статьи / блог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Форум / отзывы / комментарии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Поиск по сайту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Фильтры товаров (цена, бренд, характеристики)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Сравнение товаров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Избранное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Подписка на новости / рассылка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Многоязычность / мультирегиональность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Личный кабинет оптового клиента (B2B)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Калькулятор / подбор по параметрам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Интеграция с 1С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Интеграция с маркетплейсами (Ozon, WB, Яндекс.Маркет)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Кастомные отчёты / дашборды</w:t>
      </w:r>
    </w:p>
    <w:p>
      <w:pPr>
        <w:pStyle w:val="Heading2"/>
      </w:pPr>
      <w:r>
        <w:t>Контент</w:t>
      </w:r>
    </w:p>
    <w:p>
      <w:pPr>
        <w:pStyle w:val="Question"/>
      </w:pPr>
      <w:r>
        <w:t>Имеется ли предварительный контент?</w:t>
      </w:r>
    </w:p>
    <w:p>
      <w:pPr>
        <w:pStyle w:val="Hint"/>
        <w:keepNext/>
      </w:pPr>
      <w:r>
        <w:t>Тексты есть / нужна помощь / будет наполнять после запуска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3"/>
                <w:tag w:val="F023"/>
                <w:id w:val="4023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Количество товаров / позиций (примерно)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4"/>
                <w:tag w:val="F024"/>
                <w:id w:val="4024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Будут ли импортироваться товары из Excel?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5"/>
                <w:tag w:val="F025"/>
                <w:id w:val="4025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1"/>
      </w:pPr>
      <w:r>
        <w:t>05  Интернет-магазин и платежи</w:t>
      </w:r>
    </w:p>
    <w:p>
      <w:pPr>
        <w:pStyle w:val="Hint"/>
        <w:keepNext/>
      </w:pPr>
      <w:r>
        <w:t>Заполняйте этот раздел, если проект предполагает продажи через сайт.</w:t>
      </w:r>
    </w:p>
    <w:p>
      <w:pPr>
        <w:pStyle w:val="Heading2"/>
      </w:pPr>
      <w:r>
        <w:t>Способы оплаты (отметьте нужные)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Банковские карты (Visa, Mastercard, МИР)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СБП (Система Быстрых Платежей)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ЮKassa / Yandex Pay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SberPay / Сбербанк онлайн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Наличные при получении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Оплата по счету для юр. лиц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Платежные агрегаторы (какие?)</w:t>
      </w:r>
    </w:p>
    <w:p>
      <w:pPr>
        <w:pStyle w:val="Heading2"/>
      </w:pPr>
      <w:r>
        <w:t>Доставка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Самовывоз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Курьерская доставка по городу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СДЭК / Boxberry / Почта России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Калькулятор доставки (интеграция с ТК)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Бесплатная доставка от суммы</w:t>
      </w:r>
    </w:p>
    <w:p>
      <w:pPr>
        <w:pStyle w:val="Question"/>
      </w:pPr>
      <w:r>
        <w:t>Зоны доставки</w:t>
      </w:r>
    </w:p>
    <w:p>
      <w:pPr>
        <w:pStyle w:val="Hint"/>
        <w:keepNext/>
      </w:pPr>
      <w:r>
        <w:t>Город / регион / РФ / СНГ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6"/>
                <w:tag w:val="F026"/>
                <w:id w:val="4026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1"/>
      </w:pPr>
      <w:r>
        <w:t>06  Технические требования</w:t>
      </w:r>
    </w:p>
    <w:p>
      <w:pPr>
        <w:pStyle w:val="Question"/>
      </w:pPr>
      <w:r>
        <w:t>Хостинг уже есть?</w:t>
      </w:r>
    </w:p>
    <w:p>
      <w:pPr>
        <w:pStyle w:val="Hint"/>
        <w:keepNext/>
      </w:pPr>
      <w:r>
        <w:t>Если нет — я помогу с выбором и настройкой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7"/>
                <w:tag w:val="F027"/>
                <w:id w:val="4027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Домен куплен?</w:t>
      </w:r>
    </w:p>
    <w:p>
      <w:pPr>
        <w:pStyle w:val="Hint"/>
        <w:keepNext/>
      </w:pPr>
      <w:r>
        <w:t>Если нет — какой домен хотите?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8"/>
                <w:tag w:val="F028"/>
                <w:id w:val="4028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Нужен ли SSL-сертификат?</w:t>
      </w:r>
    </w:p>
    <w:p>
      <w:pPr>
        <w:pStyle w:val="Hint"/>
        <w:keepNext/>
      </w:pPr>
      <w:r>
        <w:t>Да / Нет, уже есть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29"/>
                <w:tag w:val="F029"/>
                <w:id w:val="4029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Сколько ожидается посетителей в день?</w:t>
      </w:r>
    </w:p>
    <w:p>
      <w:pPr>
        <w:pStyle w:val="Hint"/>
        <w:keepNext/>
      </w:pPr>
      <w:r>
        <w:t>50 / 500 / 5000+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0"/>
                <w:tag w:val="F030"/>
                <w:id w:val="4030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Какая CMS предпочтительна?</w:t>
      </w:r>
    </w:p>
    <w:p>
      <w:pPr>
        <w:pStyle w:val="Hint"/>
        <w:keepNext/>
      </w:pPr>
      <w:r>
        <w:t>1С-Битрикс / Другая / Не знаю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1"/>
                <w:tag w:val="F031"/>
                <w:id w:val="4031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2"/>
      </w:pPr>
      <w:r>
        <w:t>Интеграции (отметьте нужные)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1С: Управление торговлей / Бухгалтерия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CRM (Битрикс24 / AmoCRM / Другая)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IP-телефония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Складской учёт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Почтовые сервисы (Unisender, Mailchimp...)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Капча / защита от ботов</w:t>
      </w:r>
    </w:p>
    <w:p>
      <w:pPr>
        <w:pStyle w:val="Heading1"/>
      </w:pPr>
      <w:r>
        <w:t>07  Аналитика и CRM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Яндекс.Метрика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Google Analytics 4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Сквозная аналитика (Roistat / CoMagic / Calltouch)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Коллтрекинг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Битрикс24 (интеграция с сайтом)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Своя CRM (какая?)</w:t>
      </w:r>
    </w:p>
    <w:p>
      <w:pPr>
        <w:pStyle w:val="Heading1"/>
      </w:pPr>
      <w:r>
        <w:t>08  Мобильное приложение (если нужно)</w:t>
      </w:r>
    </w:p>
    <w:p>
      <w:pPr>
        <w:pStyle w:val="Hint"/>
        <w:keepNext/>
      </w:pPr>
      <w:r>
        <w:t>Заполняйте этот раздел, если требуется приложение.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Нужно приложение для iOS + Android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Нужно только для iOS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Нужно только для Android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Нужен RuStore</w:t>
      </w:r>
    </w:p>
    <w:p>
      <w:pPr>
        <w:pStyle w:val="Question"/>
      </w:pPr>
      <w:r>
        <w:t>Есть ли аккаунт разработчика Apple ($99/год)?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2"/>
                <w:tag w:val="F032"/>
                <w:id w:val="4032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Есть ли аккаунт разработчика Google ($25)?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3"/>
                <w:tag w:val="F033"/>
                <w:id w:val="4033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Какой функционал у приложения?</w:t>
      </w:r>
    </w:p>
    <w:p>
      <w:pPr>
        <w:pStyle w:val="Hint"/>
        <w:keepNext/>
      </w:pPr>
      <w:r>
        <w:t>Дублировать сайт / push-уведомления / каталог / заказы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4"/>
                <w:tag w:val="F034"/>
                <w:id w:val="4034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Heading1"/>
      </w:pPr>
      <w:r>
        <w:t>09  Поддержка и развитие после запуска</w:t>
      </w:r>
    </w:p>
    <w:p>
      <w:pPr>
        <w:pStyle w:val="Question"/>
      </w:pPr>
      <w:r>
        <w:t>Кто будет наполнять сайт?</w:t>
      </w:r>
    </w:p>
    <w:p>
      <w:pPr>
        <w:pStyle w:val="Hint"/>
        <w:keepNext/>
      </w:pPr>
      <w:r>
        <w:t>Вы сами / нужна помощь / найму контент-менеджера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5"/>
                <w:tag w:val="F035"/>
                <w:id w:val="4035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Нужно обучение работе с админкой?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6"/>
                <w:tag w:val="F036"/>
                <w:id w:val="4036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Нужна видео-инструкция?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7"/>
                <w:tag w:val="F037"/>
                <w:id w:val="4037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Нужна SEO-оптимизация (базовая / продвинутая)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Нужна помощь с настройкой рекламы (Директ / VK)</w:t>
      </w:r>
    </w:p>
    <w:p>
      <w:pPr>
        <w:pStyle w:val="Option"/>
      </w:pPr>
      <w:r>
        <w:rPr>
          <w:rFonts w:ascii="DejaVu Sans" w:hAnsi="DejaVu Sans"/>
          <w:color w:val="315D79"/>
          <w:sz w:val="20"/>
        </w:rPr>
        <w:t xml:space="preserve">☐  </w:t>
      </w:r>
      <w:r>
        <w:t>Планирую регулярное обслуживание (абонентское)</w:t>
      </w:r>
    </w:p>
    <w:p>
      <w:pPr>
        <w:pStyle w:val="Heading1"/>
      </w:pPr>
      <w:r>
        <w:t>10  Этапы и сроки</w:t>
      </w:r>
    </w:p>
    <w:p>
      <w:pPr>
        <w:spacing w:after="80"/>
      </w:pPr>
      <w:r>
        <w:rPr>
          <w:b/>
          <w:color w:val="23303F"/>
        </w:rPr>
        <w:t>Стандартный процесс разработки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E0E8EC"/>
          <w:bottom w:val="single" w:sz="3" w:color="E0E8EC"/>
          <w:insideH w:val="single" w:sz="3" w:color="E0E8EC"/>
        </w:tblBorders>
      </w:tblPr>
      <w:tblGrid>
        <w:gridCol w:w="2466"/>
        <w:gridCol w:w="4876"/>
        <w:gridCol w:w="1956"/>
      </w:tblGrid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E8F0F4"/>
          </w:tcPr>
          <w:p>
            <w:pPr>
              <w:spacing w:after="0"/>
            </w:pPr>
            <w:r>
              <w:rPr>
                <w:b/>
                <w:color w:val="315D79"/>
                <w:sz w:val="16"/>
              </w:rPr>
              <w:t>Этап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E8F0F4"/>
          </w:tcPr>
          <w:p>
            <w:pPr>
              <w:spacing w:after="0"/>
            </w:pPr>
            <w:r>
              <w:rPr>
                <w:b/>
                <w:color w:val="315D79"/>
                <w:sz w:val="16"/>
              </w:rPr>
              <w:t>Что делаем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E8F0F4"/>
          </w:tcPr>
          <w:p>
            <w:pPr>
              <w:spacing w:after="0"/>
            </w:pPr>
            <w:r>
              <w:rPr>
                <w:b/>
                <w:color w:val="315D79"/>
                <w:sz w:val="16"/>
              </w:rPr>
              <w:t>Срок</w:t>
            </w:r>
          </w:p>
        </w:tc>
      </w:tr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01. Брифинг и анализ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Сбор требований, анализ, утверждение ТЗ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1–3 дня</w:t>
            </w:r>
          </w:p>
        </w:tc>
      </w:tr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02. Прототип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Структура сайта, прототип страниц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3–7 дней</w:t>
            </w:r>
          </w:p>
        </w:tc>
      </w:tr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03. Дизайн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Дизайн-концепция, утверждение макетов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5–14 дней</w:t>
            </w:r>
          </w:p>
        </w:tc>
      </w:tr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04. Разработка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Вёрстка, программирование, интеграции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7F9FA"/>
          </w:tcPr>
          <w:p>
            <w:pPr>
              <w:spacing w:after="0"/>
            </w:pPr>
            <w:r>
              <w:rPr>
                <w:sz w:val="16"/>
              </w:rPr>
              <w:t>от 10 дней</w:t>
            </w:r>
          </w:p>
        </w:tc>
      </w:tr>
      <w:tr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05. Запуск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Тестирование, наполнение, перенос на боевой</w:t>
            </w:r>
          </w:p>
        </w:tc>
        <w:tc>
          <w:tcPr>
            <w:tcW w:type="dxa" w:w="3156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6"/>
              </w:rPr>
              <w:t>3–5 дней</w:t>
            </w:r>
          </w:p>
        </w:tc>
      </w:tr>
    </w:tbl>
    <w:p>
      <w:pPr>
        <w:spacing w:after="20"/>
      </w:pPr>
    </w:p>
    <w:p>
      <w:pPr>
        <w:pStyle w:val="Question"/>
      </w:pPr>
      <w:r>
        <w:t>Есть ли жёсткие дедлайны?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8"/>
                <w:tag w:val="F038"/>
                <w:id w:val="4038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Сколько итераций правок закладываем?</w:t>
      </w:r>
    </w:p>
    <w:p>
      <w:pPr>
        <w:pStyle w:val="Hint"/>
        <w:keepNext/>
      </w:pPr>
      <w:r>
        <w:t>Обычно 2–3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39"/>
                <w:tag w:val="F039"/>
                <w:id w:val="4039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Question"/>
      </w:pPr>
      <w:r>
        <w:t>Кто принимает решение и утверждает этапы?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05" w:type="dxa"/>
              <w:bottom w:w="10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40"/>
                <w:tag w:val="F040"/>
                <w:id w:val="4040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</w:tc>
      </w:tr>
    </w:tbl>
    <w:p>
      <w:pPr>
        <w:spacing w:after="20" w:line="20" w:lineRule="exact"/>
      </w:pPr>
    </w:p>
    <w:p>
      <w:pPr>
        <w:pStyle w:val="Heading1"/>
      </w:pPr>
      <w:r>
        <w:t>11  Дополнительная информация</w:t>
      </w:r>
    </w:p>
    <w:p>
      <w:pPr>
        <w:pStyle w:val="Question"/>
      </w:pPr>
      <w:r>
        <w:t>Укажите всё, что ещё важно для проекта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54"/>
      </w:tblGrid>
      <w:tr>
        <w:tc>
          <w:tcPr>
            <w:tcW w:type="dxa" w:w="9468"/>
            <w:shd w:fill="F5F8FA"/>
            <w:tcMar>
              <w:top w:w="125" w:type="dxa"/>
              <w:bottom w:w="145" w:type="dxa"/>
              <w:left w:w="155" w:type="dxa"/>
              <w:right w:w="155" w:type="dxa"/>
            </w:tcMar>
          </w:tcPr>
          <w:p>
            <w:pPr>
              <w:spacing w:after="0"/>
            </w:pPr>
            <w:sdt>
              <w:sdtPr>
                <w:alias w:val="F041"/>
                <w:tag w:val="F041"/>
                <w:id w:val="4041"/>
                <w:text/>
              </w:sdtPr>
              <w:sdtContent>
                <w:r>
                  <w:rPr>
                    <w:color w:val="768998"/>
                    <w:i/>
                  </w:rPr>
                  <w:t>Нажмите и введите ответ…</w:t>
                </w:r>
              </w:sdtContent>
            </w:sdt>
          </w:p>
          <w:p>
            <w:pPr>
              <w:spacing w:after="0" w:line="252" w:lineRule="auto"/>
            </w:pPr>
            <w:r>
              <w:t xml:space="preserve"> </w:t>
            </w:r>
          </w:p>
          <w:p>
            <w:pPr>
              <w:spacing w:after="0" w:line="252" w:lineRule="auto"/>
            </w:pPr>
            <w:r>
              <w:t xml:space="preserve"> </w:t>
            </w:r>
          </w:p>
          <w:p>
            <w:pPr>
              <w:spacing w:after="0" w:line="252" w:lineRule="auto"/>
            </w:pPr>
            <w:r>
              <w:t xml:space="preserve"> </w:t>
            </w:r>
          </w:p>
        </w:tc>
      </w:tr>
    </w:tbl>
    <w:p>
      <w:pPr>
        <w:spacing w:after="20" w:line="20" w:lineRule="exact"/>
      </w:pPr>
    </w:p>
    <w:p>
      <w:pPr>
        <w:pStyle w:val="Hint"/>
        <w:keepNext/>
      </w:pPr>
      <w:r>
        <w:t>Если есть файлы: логотип, фирменный стиль, дизайн, ТЗ, прайсы — приложите к письму.</w:t>
      </w:r>
    </w:p>
    <w:p/>
    <w:p>
      <w:r>
        <w:rPr>
          <w:b/>
          <w:color w:val="315D79"/>
          <w:sz w:val="21"/>
        </w:rPr>
        <w:t>Спасибо за уделённое время!</w:t>
      </w:r>
    </w:p>
    <w:p>
      <w:pPr>
        <w:spacing w:after="180"/>
      </w:pPr>
      <w:r>
        <w:t>После получения брифа я изучу его и свяжусь с вами для уточнения деталей и расчёта стоимости.</w:t>
      </w:r>
    </w:p>
    <w:p>
      <w:r>
        <w:rPr>
          <w:b/>
        </w:rPr>
        <w:t>Павел Кладов</w:t>
      </w:r>
    </w:p>
    <w:p>
      <w:r>
        <w:rPr>
          <w:color w:val="687784"/>
          <w:sz w:val="17"/>
        </w:rPr>
        <w:t>kladovproductions.ru  |  pavelkladov@gmail.com  |  t.me/KladovPV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476" w:footer="49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pBdr>
        <w:top w:val="single" w:sz="5" w:color="DEE7EB"/>
      </w:pBdr>
      <w:jc w:val="right"/>
    </w:pPr>
    <w:r>
      <w:rPr>
        <w:color w:val="687784"/>
        <w:sz w:val="15"/>
      </w:rPr>
      <w:t xml:space="preserve">kladovproductions.ru  ·  pavelkladov@gmail.com  ·  t.me/KladovPV   |   </w:t>
    </w:r>
    <w:r>
      <w:rPr>
        <w:color w:val="687784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right"/>
      <w:pBdr>
        <w:bottom w:val="single" w:sz="6" w:color="DEE7EB"/>
      </w:pBdr>
    </w:pPr>
    <w:r>
      <w:drawing>
        <wp:inline xmlns:a="http://schemas.openxmlformats.org/drawingml/2006/main" xmlns:pic="http://schemas.openxmlformats.org/drawingml/2006/picture">
          <wp:extent cx="1252800" cy="3824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ladov_logo_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2800" cy="3824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1" w:lineRule="auto"/>
    </w:pPr>
    <w:rPr>
      <w:rFonts w:ascii="Aptos" w:hAnsi="Aptos"/>
      <w:color w:val="2330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315D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330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3303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keepNext/>
      <w:spacing w:before="120" w:after="60"/>
    </w:pPr>
    <w:rPr>
      <w:rFonts w:ascii="Aptos" w:hAnsi="Aptos"/>
      <w:b/>
      <w:color w:val="23303F"/>
      <w:sz w:val="19"/>
    </w:rPr>
  </w:style>
  <w:style w:type="paragraph" w:customStyle="1" w:styleId="Hint">
    <w:name w:val="Hint"/>
    <w:pPr>
      <w:spacing w:after="80"/>
    </w:pPr>
    <w:rPr>
      <w:rFonts w:ascii="Aptos" w:hAnsi="Aptos"/>
      <w:color w:val="687784"/>
      <w:sz w:val="16"/>
    </w:rPr>
  </w:style>
  <w:style w:type="paragraph" w:customStyle="1" w:styleId="Option">
    <w:name w:val="Option"/>
    <w:pPr>
      <w:keepLines/>
      <w:spacing w:after="60"/>
    </w:pPr>
    <w:rPr>
      <w:rFonts w:ascii="Aptos" w:hAnsi="Aptos"/>
      <w:color w:val="23303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/ техническое задание — KLADOV PRODUCTION</dc:title>
  <dc:subject>Редактируемый опросник на разработку сайта или мобильного приложения</dc:subject>
  <dc:creator>Павел Кладов</dc:creator>
  <cp:keywords/>
  <dc:description>generated by python-docx</dc:description>
  <cp:lastModifiedBy>Павел Кладов</cp:lastModifiedBy>
  <cp:revision>1</cp:revision>
  <dcterms:created xsi:type="dcterms:W3CDTF">2013-12-23T23:15:00Z</dcterms:created>
  <dcterms:modified xsi:type="dcterms:W3CDTF">2013-12-23T23:15:00Z</dcterms:modified>
  <cp:category/>
</cp:coreProperties>
</file>